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מין ומספר של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נכון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למילים חריגות כמו לילה ותוכנית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לילה נראה כמו מילה בנקבה אבל הוא שם עצם 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כלל ההתאמה הדקדוקית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שולחן הוא מילה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מילה היא שם עצם בלשון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עיר היא מילה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ההתאמה כוללת גם יידוע, כמו בתוכנית החדשה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(גדולה)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(ארוכים)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(חדשה)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בכל משפט שם התואר מתאים בצורתו (מין, מספר ויידוע) לשם העצם; למשל לילה ארוך, תוכנית חדשה, עיר 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ניתנה דוגמה כמו לילה (זכר) או תוכנית (נקבה)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מראה התאמה תקינה במין, מספר ויידוע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על הכרטיסים מהעמוד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לב במיוחד למילים חריגות כמו לילה ותוכנית שמבלבלות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את התלמידים לבדוק קודם מין ומספר של שם העצם ואז לבחור את התואר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בין שם עצם לשם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במילה שמתארת (תואר) צריך להיות אותו מין ואותו מספר כמו במילה שהיא מתארת (שם עצם). נתרגל את זה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זכרי, למשל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נקבי, למשל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יחיד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מדבר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ה׳ הידיעה לפני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כששתי מילים מתאימות זו לזו במין, במספר וביידוע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שולחנות הרבה - מה הצורה הנכונה של המילה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תוכנית אחת - איזו צורה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ספרים הרבה -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עיר אחת - איזו מילה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לילות הרבה - איזו מילה מתאימה? זכרו שלילה הוא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לילה הוא שם עצם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צריך להתאים לשם העצם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שולחן הוא שם עצם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היא שם עצם בלשון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היא שם עצם בלשון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שם העצם מיודע, גם שם התואר צריך להיות מיודע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שולחנות __________ עומדים בכיתה (חדש)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הזה מלא במילים __________ (קשה)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עיר __________ נמצאת ליד הים (גדול)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לילות __________ בחורף (ארוך)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תוכנית הלימודים __________ התחילה השנה (חדש)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ילד __________ עוזר בבית (טוב)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ארוכים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שבהם שם עצם ושם תואר מתאימים במין ובמספר. השתמשו במילים לילה, תוכנית ועיר.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ההתאמה הדקדוקית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שנראית כמו נקבה אך היא זכר, או להפך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התאמה נכונה בין שם עצם לשם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בין שם עצם לשם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