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מין ומספר של 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נכון שם תואר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למילים חריגות כמו לילה ותוכנית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טובים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כלל ההתאמה הדקדוקית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שולחן הוא מילה בזכר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מילה היא שם עצם בלשון 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ארוכים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(גדולה)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בכל משפט שם התואר מתאים בצורתו (מין, מספר ויידוע) לשם העצם; למשל לילה ארוך, תוכנית חדשה, עיר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ניתנה דוגמה כמו לילה (זכר) או תוכנית (נקבה)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מראה התאמה תקינה במין, מספר ויידוע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בחזרה על הכרטיסים מהעמוד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במיוחד למילים חריגות כמו לילה ותוכנית שמבלבלות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לבדוק קודם מין ומספר של שם העצם ואז לבחור את התואר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שם התואר חייב להתאים לשם העצם במין (זכר או נקבה), במספר (יחיד או רבים) וביידוע. בדף זה נתרגל את ההתאמה הזו דרך דוגמאות מהכרטיסים.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גדולה  ·  ארוכים  ·  חדשים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שולחנות ___ (חדש)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ספרים ___ (טוב)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טובים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תואר צריך להתאים לשם העצם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שולחן הוא שם עצם בלשון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מילה היא שם עצם בלשון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שולחנות __________ עומדים בכיתה (חדש)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עיר __________ נמצאת ליד הים (גדול)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לילות __________ בחורף (ארוך)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שם עצם לשם תואר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שולחנות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שבהם שם עצם ושם תואר מתאימים במין ובמספר. השתמשו במילים לילה, תוכנית ועיר.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ההתאמה הדקדוקית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שנראית כמו נקבה אך היא זכר, או להפך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התאמה דקדוקית בין שם עצם לשם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